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C74EB" w14:textId="77777777" w:rsidR="00711FF8" w:rsidRDefault="00000000">
      <w:pPr>
        <w:jc w:val="center"/>
      </w:pPr>
      <w:r>
        <w:rPr>
          <w:b/>
          <w:sz w:val="30"/>
        </w:rPr>
        <w:t>OFERTĂ DE PREȚ</w:t>
      </w:r>
    </w:p>
    <w:p w14:paraId="2D0DFC91" w14:textId="77777777" w:rsidR="00711FF8" w:rsidRDefault="00000000">
      <w:pPr>
        <w:jc w:val="center"/>
      </w:pPr>
      <w:r>
        <w:rPr>
          <w:b/>
          <w:sz w:val="22"/>
        </w:rPr>
        <w:t>Dotări pentru cabinetul de consiliere psihopedagogică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98"/>
        <w:gridCol w:w="5298"/>
      </w:tblGrid>
      <w:tr w:rsidR="00711FF8" w14:paraId="7A9E14A8" w14:textId="77777777">
        <w:trPr>
          <w:jc w:val="center"/>
        </w:trPr>
        <w:tc>
          <w:tcPr>
            <w:tcW w:w="529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9F0C11" w14:textId="2BB200A7" w:rsidR="00711FF8" w:rsidRDefault="00000000">
            <w:r>
              <w:rPr>
                <w:b/>
              </w:rPr>
              <w:t xml:space="preserve">OFERTANT: </w:t>
            </w:r>
            <w:r w:rsidR="000016F3">
              <w:t>____________________</w:t>
            </w:r>
          </w:p>
        </w:tc>
        <w:tc>
          <w:tcPr>
            <w:tcW w:w="529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9E93EF" w14:textId="77777777" w:rsidR="00711FF8" w:rsidRDefault="00000000">
            <w:r>
              <w:rPr>
                <w:b/>
              </w:rPr>
              <w:t xml:space="preserve">BENEFICIAR: </w:t>
            </w:r>
            <w:r>
              <w:t>COMUNA DERSCA</w:t>
            </w:r>
          </w:p>
        </w:tc>
      </w:tr>
      <w:tr w:rsidR="00711FF8" w14:paraId="4420ABC6" w14:textId="77777777">
        <w:trPr>
          <w:jc w:val="center"/>
        </w:trPr>
        <w:tc>
          <w:tcPr>
            <w:tcW w:w="529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8B7342" w14:textId="59BF2EA2" w:rsidR="00711FF8" w:rsidRDefault="00000000">
            <w:r>
              <w:rPr>
                <w:b/>
              </w:rPr>
              <w:t xml:space="preserve">CUI: </w:t>
            </w:r>
            <w:r w:rsidR="000016F3">
              <w:t>____________________</w:t>
            </w:r>
          </w:p>
        </w:tc>
        <w:tc>
          <w:tcPr>
            <w:tcW w:w="529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D17921" w14:textId="77777777" w:rsidR="00711FF8" w:rsidRDefault="00000000">
            <w:r>
              <w:rPr>
                <w:b/>
              </w:rPr>
              <w:t xml:space="preserve">CUI beneficiar: </w:t>
            </w:r>
            <w:r>
              <w:t>3503660</w:t>
            </w:r>
          </w:p>
        </w:tc>
      </w:tr>
      <w:tr w:rsidR="00711FF8" w14:paraId="016E96C4" w14:textId="77777777">
        <w:trPr>
          <w:jc w:val="center"/>
        </w:trPr>
        <w:tc>
          <w:tcPr>
            <w:tcW w:w="529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6A9B07" w14:textId="6A5DBFFC" w:rsidR="00711FF8" w:rsidRDefault="00000000">
            <w:r>
              <w:rPr>
                <w:b/>
              </w:rPr>
              <w:t xml:space="preserve">Nr. Reg. Com.: </w:t>
            </w:r>
            <w:r w:rsidR="000016F3">
              <w:t>____________________</w:t>
            </w:r>
          </w:p>
        </w:tc>
        <w:tc>
          <w:tcPr>
            <w:tcW w:w="529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CA3C0C" w14:textId="77777777" w:rsidR="00711FF8" w:rsidRDefault="00000000">
            <w:r>
              <w:rPr>
                <w:b/>
              </w:rPr>
              <w:t xml:space="preserve">Adresă: </w:t>
            </w:r>
            <w:r>
              <w:t>Str. Centru nr. 100, comuna Dersca, jud. Botoșani</w:t>
            </w:r>
          </w:p>
        </w:tc>
      </w:tr>
      <w:tr w:rsidR="00711FF8" w14:paraId="6255A6F0" w14:textId="77777777">
        <w:trPr>
          <w:jc w:val="center"/>
        </w:trPr>
        <w:tc>
          <w:tcPr>
            <w:tcW w:w="529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9AA12B" w14:textId="66FFD0EE" w:rsidR="00711FF8" w:rsidRDefault="00000000">
            <w:proofErr w:type="spellStart"/>
            <w:r>
              <w:rPr>
                <w:b/>
              </w:rPr>
              <w:t>Sediu</w:t>
            </w:r>
            <w:proofErr w:type="spellEnd"/>
            <w:r>
              <w:rPr>
                <w:b/>
              </w:rPr>
              <w:t xml:space="preserve">: </w:t>
            </w:r>
            <w:r w:rsidR="000016F3">
              <w:t>____________________</w:t>
            </w:r>
          </w:p>
        </w:tc>
        <w:tc>
          <w:tcPr>
            <w:tcW w:w="529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25986E" w14:textId="77777777" w:rsidR="00711FF8" w:rsidRDefault="00000000">
            <w:proofErr w:type="gramStart"/>
            <w:r>
              <w:rPr>
                <w:b/>
              </w:rPr>
              <w:t>Nr./</w:t>
            </w:r>
            <w:proofErr w:type="gramEnd"/>
            <w:r>
              <w:rPr>
                <w:b/>
              </w:rPr>
              <w:t xml:space="preserve">Data ofertă: </w:t>
            </w:r>
            <w:r>
              <w:t>[de completat conform evidențelor reale ale ofertantului]</w:t>
            </w:r>
          </w:p>
        </w:tc>
      </w:tr>
    </w:tbl>
    <w:p w14:paraId="0AF227CC" w14:textId="77777777" w:rsidR="00711FF8" w:rsidRDefault="00711FF8"/>
    <w:p w14:paraId="06ED7216" w14:textId="77777777" w:rsidR="00711FF8" w:rsidRDefault="00000000">
      <w:r>
        <w:rPr>
          <w:b/>
        </w:rPr>
        <w:t xml:space="preserve">Motivul formulării ofertei: </w:t>
      </w:r>
      <w:r>
        <w:t>Prezenta ofertă a fost realizată în urma anunțului publicat pe pagina mediabuzz.ro, conform informațiilor comunicate de beneficiar. Mențiunea se confirmă de către ofertant la semnare.</w:t>
      </w:r>
    </w:p>
    <w:p w14:paraId="5E3E7993" w14:textId="77777777" w:rsidR="00711FF8" w:rsidRDefault="00000000">
      <w:r>
        <w:rPr>
          <w:b/>
        </w:rPr>
        <w:t xml:space="preserve">Obiectul ofertei: </w:t>
      </w:r>
      <w:r>
        <w:t>furnizarea materialelor didactice și a dotărilor pentru cabinetul de consiliere psihopedagogică, în cadrul proiectului „Consolidarea capacității didactice a Școlii Gimnaziale din comuna Dersca, jud. Botoșani”.</w:t>
      </w:r>
    </w:p>
    <w:tbl>
      <w:tblPr>
        <w:tblStyle w:val="Tabelgril"/>
        <w:tblW w:w="0" w:type="auto"/>
        <w:jc w:val="center"/>
        <w:tblLook w:val="04A0" w:firstRow="1" w:lastRow="0" w:firstColumn="1" w:lastColumn="0" w:noHBand="0" w:noVBand="1"/>
      </w:tblPr>
      <w:tblGrid>
        <w:gridCol w:w="1368"/>
        <w:gridCol w:w="3643"/>
        <w:gridCol w:w="1392"/>
        <w:gridCol w:w="1410"/>
        <w:gridCol w:w="1423"/>
        <w:gridCol w:w="1460"/>
      </w:tblGrid>
      <w:tr w:rsidR="00711FF8" w14:paraId="55C516B7" w14:textId="77777777">
        <w:trPr>
          <w:tblHeader/>
          <w:jc w:val="center"/>
        </w:trPr>
        <w:tc>
          <w:tcPr>
            <w:tcW w:w="567" w:type="dxa"/>
            <w:shd w:val="clear" w:color="auto" w:fill="D9EAF7"/>
            <w:tcMar>
              <w:top w:w="60" w:type="dxa"/>
              <w:left w:w="50" w:type="dxa"/>
              <w:bottom w:w="60" w:type="dxa"/>
              <w:right w:w="50" w:type="dxa"/>
            </w:tcMar>
            <w:vAlign w:val="center"/>
          </w:tcPr>
          <w:p w14:paraId="1DCAF677" w14:textId="77777777" w:rsidR="00711FF8" w:rsidRDefault="00000000">
            <w:pPr>
              <w:jc w:val="center"/>
            </w:pPr>
            <w:r>
              <w:rPr>
                <w:b/>
                <w:sz w:val="16"/>
              </w:rPr>
              <w:t>Nr. crt.</w:t>
            </w:r>
          </w:p>
        </w:tc>
        <w:tc>
          <w:tcPr>
            <w:tcW w:w="4592" w:type="dxa"/>
            <w:shd w:val="clear" w:color="auto" w:fill="D9EAF7"/>
            <w:tcMar>
              <w:top w:w="60" w:type="dxa"/>
              <w:left w:w="50" w:type="dxa"/>
              <w:bottom w:w="60" w:type="dxa"/>
              <w:right w:w="50" w:type="dxa"/>
            </w:tcMar>
            <w:vAlign w:val="center"/>
          </w:tcPr>
          <w:p w14:paraId="0E5DE297" w14:textId="77777777" w:rsidR="00711FF8" w:rsidRDefault="00000000">
            <w:pPr>
              <w:jc w:val="center"/>
            </w:pPr>
            <w:r>
              <w:rPr>
                <w:b/>
                <w:sz w:val="16"/>
              </w:rPr>
              <w:t>Denumire produs</w:t>
            </w:r>
          </w:p>
        </w:tc>
        <w:tc>
          <w:tcPr>
            <w:tcW w:w="624" w:type="dxa"/>
            <w:shd w:val="clear" w:color="auto" w:fill="D9EAF7"/>
            <w:tcMar>
              <w:top w:w="60" w:type="dxa"/>
              <w:left w:w="50" w:type="dxa"/>
              <w:bottom w:w="60" w:type="dxa"/>
              <w:right w:w="50" w:type="dxa"/>
            </w:tcMar>
            <w:vAlign w:val="center"/>
          </w:tcPr>
          <w:p w14:paraId="42CA668A" w14:textId="77777777" w:rsidR="00711FF8" w:rsidRDefault="00000000">
            <w:pPr>
              <w:jc w:val="center"/>
            </w:pPr>
            <w:r>
              <w:rPr>
                <w:b/>
                <w:sz w:val="16"/>
              </w:rPr>
              <w:t>U.M.</w:t>
            </w:r>
          </w:p>
        </w:tc>
        <w:tc>
          <w:tcPr>
            <w:tcW w:w="680" w:type="dxa"/>
            <w:shd w:val="clear" w:color="auto" w:fill="D9EAF7"/>
            <w:tcMar>
              <w:top w:w="60" w:type="dxa"/>
              <w:left w:w="50" w:type="dxa"/>
              <w:bottom w:w="60" w:type="dxa"/>
              <w:right w:w="50" w:type="dxa"/>
            </w:tcMar>
            <w:vAlign w:val="center"/>
          </w:tcPr>
          <w:p w14:paraId="69CC9200" w14:textId="77777777" w:rsidR="00711FF8" w:rsidRDefault="00000000">
            <w:pPr>
              <w:jc w:val="center"/>
            </w:pPr>
            <w:r>
              <w:rPr>
                <w:b/>
                <w:sz w:val="16"/>
              </w:rPr>
              <w:t>Cant.</w:t>
            </w:r>
          </w:p>
        </w:tc>
        <w:tc>
          <w:tcPr>
            <w:tcW w:w="1531" w:type="dxa"/>
            <w:shd w:val="clear" w:color="auto" w:fill="D9EAF7"/>
            <w:tcMar>
              <w:top w:w="60" w:type="dxa"/>
              <w:left w:w="50" w:type="dxa"/>
              <w:bottom w:w="60" w:type="dxa"/>
              <w:right w:w="50" w:type="dxa"/>
            </w:tcMar>
            <w:vAlign w:val="center"/>
          </w:tcPr>
          <w:p w14:paraId="6809E9FB" w14:textId="77777777" w:rsidR="00711FF8" w:rsidRDefault="00000000">
            <w:pPr>
              <w:jc w:val="center"/>
            </w:pPr>
            <w:r>
              <w:rPr>
                <w:b/>
                <w:sz w:val="16"/>
              </w:rPr>
              <w:t>Preț unitar fără TVA (lei)</w:t>
            </w:r>
          </w:p>
        </w:tc>
        <w:tc>
          <w:tcPr>
            <w:tcW w:w="1531" w:type="dxa"/>
            <w:shd w:val="clear" w:color="auto" w:fill="D9EAF7"/>
            <w:tcMar>
              <w:top w:w="60" w:type="dxa"/>
              <w:left w:w="50" w:type="dxa"/>
              <w:bottom w:w="60" w:type="dxa"/>
              <w:right w:w="50" w:type="dxa"/>
            </w:tcMar>
            <w:vAlign w:val="center"/>
          </w:tcPr>
          <w:p w14:paraId="5F62362C" w14:textId="77777777" w:rsidR="00711FF8" w:rsidRDefault="00000000">
            <w:pPr>
              <w:jc w:val="center"/>
            </w:pPr>
            <w:r>
              <w:rPr>
                <w:b/>
                <w:sz w:val="16"/>
              </w:rPr>
              <w:t>Valoare fără TVA (lei)</w:t>
            </w:r>
          </w:p>
        </w:tc>
      </w:tr>
      <w:tr w:rsidR="00711FF8" w14:paraId="61247B61" w14:textId="77777777">
        <w:trPr>
          <w:cantSplit/>
          <w:jc w:val="center"/>
        </w:trPr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505576E" w14:textId="77777777" w:rsidR="00711FF8" w:rsidRDefault="00000000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8F7CE7C" w14:textId="77777777" w:rsidR="00711FF8" w:rsidRDefault="00000000">
            <w:r>
              <w:rPr>
                <w:sz w:val="16"/>
              </w:rPr>
              <w:t>Placă activități Montessori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5B93561" w14:textId="77777777" w:rsidR="00711FF8" w:rsidRDefault="00000000">
            <w:pPr>
              <w:jc w:val="center"/>
            </w:pPr>
            <w:r>
              <w:rPr>
                <w:sz w:val="16"/>
              </w:rPr>
              <w:t>buc.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D4184E7" w14:textId="77777777" w:rsidR="00711FF8" w:rsidRDefault="00000000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949ABC" w14:textId="1CA069CA" w:rsidR="00711FF8" w:rsidRDefault="00711FF8">
            <w:pPr>
              <w:jc w:val="center"/>
            </w:pP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011236" w14:textId="7EFF20F6" w:rsidR="00711FF8" w:rsidRDefault="00711FF8">
            <w:pPr>
              <w:jc w:val="center"/>
            </w:pPr>
          </w:p>
        </w:tc>
      </w:tr>
      <w:tr w:rsidR="00711FF8" w14:paraId="16D36F65" w14:textId="77777777">
        <w:trPr>
          <w:cantSplit/>
          <w:jc w:val="center"/>
        </w:trPr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9E294E" w14:textId="77777777" w:rsidR="00711FF8" w:rsidRDefault="00000000">
            <w:pPr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A372DA" w14:textId="77777777" w:rsidR="00711FF8" w:rsidRDefault="00000000">
            <w:r>
              <w:rPr>
                <w:sz w:val="16"/>
              </w:rPr>
              <w:t>Placă activități STEM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679BCAE" w14:textId="77777777" w:rsidR="00711FF8" w:rsidRDefault="00000000">
            <w:pPr>
              <w:jc w:val="center"/>
            </w:pPr>
            <w:r>
              <w:rPr>
                <w:sz w:val="16"/>
              </w:rPr>
              <w:t>buc.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4854DA" w14:textId="77777777" w:rsidR="00711FF8" w:rsidRDefault="00000000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CEBF4F3" w14:textId="1DDF9B3F" w:rsidR="00711FF8" w:rsidRDefault="00711FF8">
            <w:pPr>
              <w:jc w:val="center"/>
            </w:pP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321129A" w14:textId="51073DED" w:rsidR="00711FF8" w:rsidRDefault="00711FF8">
            <w:pPr>
              <w:jc w:val="center"/>
            </w:pPr>
          </w:p>
        </w:tc>
      </w:tr>
      <w:tr w:rsidR="00711FF8" w14:paraId="39E46082" w14:textId="77777777">
        <w:trPr>
          <w:cantSplit/>
          <w:jc w:val="center"/>
        </w:trPr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8653A2D" w14:textId="77777777" w:rsidR="00711FF8" w:rsidRDefault="00000000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E75AAEF" w14:textId="77777777" w:rsidR="00711FF8" w:rsidRDefault="00000000">
            <w:r>
              <w:rPr>
                <w:sz w:val="16"/>
              </w:rPr>
              <w:t>Set 8 – materiale logopedie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32B83D1" w14:textId="77777777" w:rsidR="00711FF8" w:rsidRDefault="00000000">
            <w:pPr>
              <w:jc w:val="center"/>
            </w:pPr>
            <w:r>
              <w:rPr>
                <w:sz w:val="16"/>
              </w:rPr>
              <w:t>buc.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6CBF78" w14:textId="77777777" w:rsidR="00711FF8" w:rsidRDefault="00000000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FA3092" w14:textId="6A8EC7AE" w:rsidR="00711FF8" w:rsidRDefault="00711FF8">
            <w:pPr>
              <w:jc w:val="center"/>
            </w:pP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625F993" w14:textId="265373D0" w:rsidR="00711FF8" w:rsidRDefault="00711FF8">
            <w:pPr>
              <w:jc w:val="center"/>
            </w:pPr>
          </w:p>
        </w:tc>
      </w:tr>
      <w:tr w:rsidR="00711FF8" w14:paraId="4BF83D29" w14:textId="77777777">
        <w:trPr>
          <w:cantSplit/>
          <w:jc w:val="center"/>
        </w:trPr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957287B" w14:textId="77777777" w:rsidR="00711FF8" w:rsidRDefault="00000000">
            <w:pPr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FB8B492" w14:textId="77777777" w:rsidR="00711FF8" w:rsidRDefault="00000000">
            <w:r>
              <w:rPr>
                <w:sz w:val="16"/>
              </w:rPr>
              <w:t>Joc cognitiv lemn – operațiuni matematice și motricitate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BF44698" w14:textId="77777777" w:rsidR="00711FF8" w:rsidRDefault="00000000">
            <w:pPr>
              <w:jc w:val="center"/>
            </w:pPr>
            <w:r>
              <w:rPr>
                <w:sz w:val="16"/>
              </w:rPr>
              <w:t>buc.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544EAF2" w14:textId="77777777" w:rsidR="00711FF8" w:rsidRDefault="00000000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FF60275" w14:textId="4D6005A2" w:rsidR="00711FF8" w:rsidRDefault="00711FF8">
            <w:pPr>
              <w:jc w:val="center"/>
            </w:pP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BC9135A" w14:textId="028F453E" w:rsidR="00711FF8" w:rsidRDefault="00711FF8">
            <w:pPr>
              <w:jc w:val="center"/>
            </w:pPr>
          </w:p>
        </w:tc>
      </w:tr>
      <w:tr w:rsidR="00711FF8" w14:paraId="6E7C2007" w14:textId="77777777">
        <w:trPr>
          <w:cantSplit/>
          <w:jc w:val="center"/>
        </w:trPr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D4F2317" w14:textId="77777777" w:rsidR="00711FF8" w:rsidRDefault="00000000">
            <w:pPr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001F0FD" w14:textId="77777777" w:rsidR="00711FF8" w:rsidRDefault="00000000">
            <w:r>
              <w:rPr>
                <w:sz w:val="16"/>
              </w:rPr>
              <w:t>Joc motricitate fină Montessori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86E643" w14:textId="77777777" w:rsidR="00711FF8" w:rsidRDefault="00000000">
            <w:pPr>
              <w:jc w:val="center"/>
            </w:pPr>
            <w:r>
              <w:rPr>
                <w:sz w:val="16"/>
              </w:rPr>
              <w:t>buc.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33C75B4" w14:textId="77777777" w:rsidR="00711FF8" w:rsidRDefault="00000000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17C3A4E" w14:textId="59F1B68B" w:rsidR="00711FF8" w:rsidRDefault="00711FF8">
            <w:pPr>
              <w:jc w:val="center"/>
            </w:pP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5D599DB" w14:textId="77C4F4D6" w:rsidR="00711FF8" w:rsidRDefault="00711FF8">
            <w:pPr>
              <w:jc w:val="center"/>
            </w:pPr>
          </w:p>
        </w:tc>
      </w:tr>
      <w:tr w:rsidR="00711FF8" w14:paraId="3159A6E2" w14:textId="77777777">
        <w:trPr>
          <w:cantSplit/>
          <w:jc w:val="center"/>
        </w:trPr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AE59299" w14:textId="77777777" w:rsidR="00711FF8" w:rsidRDefault="00000000">
            <w:pPr>
              <w:jc w:val="center"/>
            </w:pPr>
            <w:r>
              <w:rPr>
                <w:sz w:val="16"/>
              </w:rPr>
              <w:t>6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435BA58" w14:textId="77777777" w:rsidR="00711FF8" w:rsidRDefault="00000000">
            <w:r>
              <w:rPr>
                <w:sz w:val="16"/>
              </w:rPr>
              <w:t>Sistemul Achenbach al Evaluării Bazate Empiric (ASEBA)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C3A95BD" w14:textId="77777777" w:rsidR="00711FF8" w:rsidRDefault="00000000">
            <w:pPr>
              <w:jc w:val="center"/>
            </w:pPr>
            <w:r>
              <w:rPr>
                <w:sz w:val="16"/>
              </w:rPr>
              <w:t>buc.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8F5059" w14:textId="77777777" w:rsidR="00711FF8" w:rsidRDefault="00000000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B0A3441" w14:textId="53B440E0" w:rsidR="00711FF8" w:rsidRDefault="00711FF8">
            <w:pPr>
              <w:jc w:val="center"/>
            </w:pP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839E39" w14:textId="28F4D5A1" w:rsidR="00711FF8" w:rsidRDefault="00711FF8">
            <w:pPr>
              <w:jc w:val="center"/>
            </w:pPr>
          </w:p>
        </w:tc>
      </w:tr>
      <w:tr w:rsidR="00711FF8" w14:paraId="294B0151" w14:textId="77777777">
        <w:trPr>
          <w:cantSplit/>
          <w:jc w:val="center"/>
        </w:trPr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63EC17" w14:textId="77777777" w:rsidR="00711FF8" w:rsidRDefault="00000000">
            <w:pPr>
              <w:jc w:val="center"/>
            </w:pPr>
            <w:r>
              <w:rPr>
                <w:sz w:val="16"/>
              </w:rPr>
              <w:t>7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F651858" w14:textId="77777777" w:rsidR="00711FF8" w:rsidRDefault="00000000">
            <w:r>
              <w:rPr>
                <w:sz w:val="16"/>
              </w:rPr>
              <w:t>Platformă de orientare școlară și profesională (CCPIntranet)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463AC01" w14:textId="77777777" w:rsidR="00711FF8" w:rsidRDefault="00000000">
            <w:pPr>
              <w:jc w:val="center"/>
            </w:pPr>
            <w:r>
              <w:rPr>
                <w:sz w:val="16"/>
              </w:rPr>
              <w:t>buc.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CA7982" w14:textId="77777777" w:rsidR="00711FF8" w:rsidRDefault="00000000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8A42D39" w14:textId="6E71426C" w:rsidR="00711FF8" w:rsidRDefault="00711FF8">
            <w:pPr>
              <w:jc w:val="center"/>
            </w:pP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D6791A4" w14:textId="4529C4D7" w:rsidR="00711FF8" w:rsidRDefault="00711FF8">
            <w:pPr>
              <w:jc w:val="center"/>
            </w:pPr>
          </w:p>
        </w:tc>
      </w:tr>
      <w:tr w:rsidR="00711FF8" w14:paraId="093FF3D1" w14:textId="77777777">
        <w:trPr>
          <w:cantSplit/>
          <w:jc w:val="center"/>
        </w:trPr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D7E57DE" w14:textId="77777777" w:rsidR="00711FF8" w:rsidRDefault="00000000">
            <w:pPr>
              <w:jc w:val="center"/>
            </w:pPr>
            <w:r>
              <w:rPr>
                <w:sz w:val="16"/>
              </w:rPr>
              <w:t>8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2FDB884" w14:textId="77777777" w:rsidR="00711FF8" w:rsidRDefault="00000000">
            <w:r>
              <w:rPr>
                <w:sz w:val="16"/>
              </w:rPr>
              <w:t>DDE®-2 – Dyslexia &amp; Developmental Dysorthography Assessment Battery – 2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9C63C3" w14:textId="77777777" w:rsidR="00711FF8" w:rsidRDefault="00000000">
            <w:pPr>
              <w:jc w:val="center"/>
            </w:pPr>
            <w:r>
              <w:rPr>
                <w:sz w:val="16"/>
              </w:rPr>
              <w:t>buc.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CAC1870" w14:textId="77777777" w:rsidR="00711FF8" w:rsidRDefault="00000000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1327068" w14:textId="5808B118" w:rsidR="00711FF8" w:rsidRDefault="00711FF8">
            <w:pPr>
              <w:jc w:val="center"/>
            </w:pP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0F1907" w14:textId="0A0E0CAB" w:rsidR="00711FF8" w:rsidRDefault="00711FF8">
            <w:pPr>
              <w:jc w:val="center"/>
            </w:pPr>
          </w:p>
        </w:tc>
      </w:tr>
      <w:tr w:rsidR="00711FF8" w14:paraId="7D20A4FD" w14:textId="77777777">
        <w:trPr>
          <w:cantSplit/>
          <w:jc w:val="center"/>
        </w:trPr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5795D55" w14:textId="77777777" w:rsidR="00711FF8" w:rsidRDefault="00000000">
            <w:pPr>
              <w:jc w:val="center"/>
            </w:pPr>
            <w:r>
              <w:rPr>
                <w:sz w:val="16"/>
              </w:rPr>
              <w:t>9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BFE7FDD" w14:textId="77777777" w:rsidR="00711FF8" w:rsidRDefault="00000000">
            <w:r>
              <w:rPr>
                <w:sz w:val="16"/>
              </w:rPr>
              <w:t>Platformă de evaluare a dezvoltării 6/7–18/19 ani (PEDb)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D7C1008" w14:textId="77777777" w:rsidR="00711FF8" w:rsidRDefault="00000000">
            <w:pPr>
              <w:jc w:val="center"/>
            </w:pPr>
            <w:r>
              <w:rPr>
                <w:sz w:val="16"/>
              </w:rPr>
              <w:t>buc.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B7FFF71" w14:textId="77777777" w:rsidR="00711FF8" w:rsidRDefault="00000000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8774155" w14:textId="7BF1A6D0" w:rsidR="00711FF8" w:rsidRDefault="00711FF8">
            <w:pPr>
              <w:jc w:val="center"/>
            </w:pP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21224F5" w14:textId="607ECFAA" w:rsidR="00711FF8" w:rsidRDefault="00711FF8">
            <w:pPr>
              <w:jc w:val="center"/>
            </w:pPr>
          </w:p>
        </w:tc>
      </w:tr>
      <w:tr w:rsidR="00711FF8" w14:paraId="4A9BB4F8" w14:textId="77777777">
        <w:trPr>
          <w:cantSplit/>
          <w:jc w:val="center"/>
        </w:trPr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86683E1" w14:textId="77777777" w:rsidR="00711FF8" w:rsidRDefault="00000000">
            <w:pPr>
              <w:jc w:val="center"/>
            </w:pPr>
            <w:r>
              <w:rPr>
                <w:sz w:val="16"/>
              </w:rPr>
              <w:t>10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FDE4640" w14:textId="77777777" w:rsidR="00711FF8" w:rsidRDefault="00000000">
            <w:r>
              <w:rPr>
                <w:sz w:val="16"/>
              </w:rPr>
              <w:t>Nisip kinetic – set 5 culori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D39D439" w14:textId="77777777" w:rsidR="00711FF8" w:rsidRDefault="00000000">
            <w:pPr>
              <w:jc w:val="center"/>
            </w:pPr>
            <w:r>
              <w:rPr>
                <w:sz w:val="16"/>
              </w:rPr>
              <w:t>buc.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E8F79C8" w14:textId="77777777" w:rsidR="00711FF8" w:rsidRDefault="00000000">
            <w:pPr>
              <w:jc w:val="center"/>
            </w:pPr>
            <w:r>
              <w:rPr>
                <w:sz w:val="16"/>
              </w:rPr>
              <w:t>10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13FB6CA" w14:textId="1A430CFE" w:rsidR="00711FF8" w:rsidRDefault="00711FF8">
            <w:pPr>
              <w:jc w:val="center"/>
            </w:pP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45421A6" w14:textId="009975A6" w:rsidR="00711FF8" w:rsidRDefault="00711FF8">
            <w:pPr>
              <w:jc w:val="center"/>
            </w:pPr>
          </w:p>
        </w:tc>
      </w:tr>
      <w:tr w:rsidR="00711FF8" w14:paraId="04F407AD" w14:textId="77777777">
        <w:trPr>
          <w:cantSplit/>
          <w:jc w:val="center"/>
        </w:trPr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27A7BDD" w14:textId="77777777" w:rsidR="00711FF8" w:rsidRDefault="00000000">
            <w:pPr>
              <w:jc w:val="center"/>
            </w:pPr>
            <w:r>
              <w:rPr>
                <w:sz w:val="16"/>
              </w:rPr>
              <w:t>11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FEEAB19" w14:textId="77777777" w:rsidR="00711FF8" w:rsidRDefault="00000000">
            <w:r>
              <w:rPr>
                <w:sz w:val="16"/>
              </w:rPr>
              <w:t>Joc educativ Intellissimo – pachet 6 kit-uri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226A171" w14:textId="77777777" w:rsidR="00711FF8" w:rsidRDefault="00000000">
            <w:pPr>
              <w:jc w:val="center"/>
            </w:pPr>
            <w:r>
              <w:rPr>
                <w:sz w:val="16"/>
              </w:rPr>
              <w:t>buc.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F0C5134" w14:textId="77777777" w:rsidR="00711FF8" w:rsidRDefault="00000000">
            <w:pPr>
              <w:jc w:val="center"/>
            </w:pPr>
            <w:r>
              <w:rPr>
                <w:sz w:val="16"/>
              </w:rPr>
              <w:t>6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69419F8" w14:textId="17748CC8" w:rsidR="00711FF8" w:rsidRDefault="00711FF8">
            <w:pPr>
              <w:jc w:val="center"/>
            </w:pP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AB53662" w14:textId="19561BC8" w:rsidR="00711FF8" w:rsidRDefault="00711FF8">
            <w:pPr>
              <w:jc w:val="center"/>
            </w:pPr>
          </w:p>
        </w:tc>
      </w:tr>
      <w:tr w:rsidR="00711FF8" w14:paraId="19ACE148" w14:textId="77777777">
        <w:trPr>
          <w:cantSplit/>
          <w:jc w:val="center"/>
        </w:trPr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0D7228F" w14:textId="77777777" w:rsidR="00711FF8" w:rsidRDefault="00000000">
            <w:pPr>
              <w:jc w:val="center"/>
            </w:pPr>
            <w:r>
              <w:rPr>
                <w:sz w:val="16"/>
              </w:rPr>
              <w:t>12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558FF4" w14:textId="77777777" w:rsidR="00711FF8" w:rsidRDefault="00000000">
            <w:r>
              <w:rPr>
                <w:sz w:val="16"/>
              </w:rPr>
              <w:t>Kit ABA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58072D7" w14:textId="77777777" w:rsidR="00711FF8" w:rsidRDefault="00000000">
            <w:pPr>
              <w:jc w:val="center"/>
            </w:pPr>
            <w:r>
              <w:rPr>
                <w:sz w:val="16"/>
              </w:rPr>
              <w:t>buc.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BC24480" w14:textId="77777777" w:rsidR="00711FF8" w:rsidRDefault="00000000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6CAA449" w14:textId="3955BDD2" w:rsidR="00711FF8" w:rsidRDefault="00711FF8">
            <w:pPr>
              <w:jc w:val="center"/>
            </w:pP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0D70CB" w14:textId="6D498A91" w:rsidR="00711FF8" w:rsidRDefault="00711FF8">
            <w:pPr>
              <w:jc w:val="center"/>
            </w:pPr>
          </w:p>
        </w:tc>
      </w:tr>
      <w:tr w:rsidR="00711FF8" w14:paraId="30518E8D" w14:textId="77777777">
        <w:trPr>
          <w:cantSplit/>
          <w:jc w:val="center"/>
        </w:trPr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84B5037" w14:textId="77777777" w:rsidR="00711FF8" w:rsidRDefault="00000000">
            <w:pPr>
              <w:jc w:val="center"/>
            </w:pPr>
            <w:r>
              <w:rPr>
                <w:sz w:val="16"/>
              </w:rPr>
              <w:t>13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C510548" w14:textId="77777777" w:rsidR="00711FF8" w:rsidRDefault="00000000">
            <w:r>
              <w:rPr>
                <w:sz w:val="16"/>
              </w:rPr>
              <w:t>Cărți psihopedagogie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B445094" w14:textId="77777777" w:rsidR="00711FF8" w:rsidRDefault="00000000">
            <w:pPr>
              <w:jc w:val="center"/>
            </w:pPr>
            <w:r>
              <w:rPr>
                <w:sz w:val="16"/>
              </w:rPr>
              <w:t>buc.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6D42B29" w14:textId="77777777" w:rsidR="00711FF8" w:rsidRDefault="00000000">
            <w:pPr>
              <w:jc w:val="center"/>
            </w:pPr>
            <w:r>
              <w:rPr>
                <w:sz w:val="16"/>
              </w:rPr>
              <w:t>10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488A53B" w14:textId="6231F2A9" w:rsidR="00711FF8" w:rsidRDefault="00711FF8">
            <w:pPr>
              <w:jc w:val="center"/>
            </w:pP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9377A0A" w14:textId="295FFB21" w:rsidR="00711FF8" w:rsidRDefault="00711FF8">
            <w:pPr>
              <w:jc w:val="center"/>
            </w:pPr>
          </w:p>
        </w:tc>
      </w:tr>
      <w:tr w:rsidR="00711FF8" w14:paraId="746AD903" w14:textId="77777777">
        <w:trPr>
          <w:cantSplit/>
          <w:jc w:val="center"/>
        </w:trPr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3D6848C" w14:textId="77777777" w:rsidR="00711FF8" w:rsidRDefault="00000000">
            <w:pPr>
              <w:jc w:val="center"/>
            </w:pPr>
            <w:r>
              <w:rPr>
                <w:sz w:val="16"/>
              </w:rPr>
              <w:t>14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7A7DA16" w14:textId="77777777" w:rsidR="00711FF8" w:rsidRDefault="00000000">
            <w:r>
              <w:rPr>
                <w:sz w:val="16"/>
              </w:rPr>
              <w:t>Proiector terapeutic cu lumină LED și difuzor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D662EB3" w14:textId="77777777" w:rsidR="00711FF8" w:rsidRDefault="00000000">
            <w:pPr>
              <w:jc w:val="center"/>
            </w:pPr>
            <w:r>
              <w:rPr>
                <w:sz w:val="16"/>
              </w:rPr>
              <w:t>buc.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41A3F0C" w14:textId="77777777" w:rsidR="00711FF8" w:rsidRDefault="00000000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DF1AE24" w14:textId="2971EB3F" w:rsidR="00711FF8" w:rsidRDefault="00711FF8">
            <w:pPr>
              <w:jc w:val="center"/>
            </w:pP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BB25B71" w14:textId="313716C9" w:rsidR="00711FF8" w:rsidRDefault="00711FF8">
            <w:pPr>
              <w:jc w:val="center"/>
            </w:pPr>
          </w:p>
        </w:tc>
      </w:tr>
      <w:tr w:rsidR="00711FF8" w14:paraId="03A4A3F1" w14:textId="77777777">
        <w:trPr>
          <w:cantSplit/>
          <w:jc w:val="center"/>
        </w:trPr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214358F" w14:textId="77777777" w:rsidR="00711FF8" w:rsidRDefault="00000000">
            <w:pPr>
              <w:jc w:val="center"/>
            </w:pPr>
            <w:r>
              <w:rPr>
                <w:sz w:val="16"/>
              </w:rPr>
              <w:t>15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C579754" w14:textId="77777777" w:rsidR="00711FF8" w:rsidRDefault="00000000">
            <w:r>
              <w:rPr>
                <w:sz w:val="16"/>
              </w:rPr>
              <w:t>Vestă pentru concentrare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75525F7" w14:textId="77777777" w:rsidR="00711FF8" w:rsidRDefault="00000000">
            <w:pPr>
              <w:jc w:val="center"/>
            </w:pPr>
            <w:r>
              <w:rPr>
                <w:sz w:val="16"/>
              </w:rPr>
              <w:t>buc.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89E5444" w14:textId="77777777" w:rsidR="00711FF8" w:rsidRDefault="00000000">
            <w:pPr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D137EE1" w14:textId="3911AE8E" w:rsidR="00711FF8" w:rsidRDefault="00711FF8">
            <w:pPr>
              <w:jc w:val="center"/>
            </w:pP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FF77732" w14:textId="125A9BA4" w:rsidR="00711FF8" w:rsidRDefault="00711FF8">
            <w:pPr>
              <w:jc w:val="center"/>
            </w:pPr>
          </w:p>
        </w:tc>
      </w:tr>
      <w:tr w:rsidR="00711FF8" w14:paraId="5838F443" w14:textId="77777777">
        <w:trPr>
          <w:cantSplit/>
          <w:jc w:val="center"/>
        </w:trPr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3201E2" w14:textId="77777777" w:rsidR="00711FF8" w:rsidRDefault="00000000">
            <w:pPr>
              <w:jc w:val="center"/>
            </w:pPr>
            <w:r>
              <w:rPr>
                <w:sz w:val="16"/>
              </w:rPr>
              <w:t>16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F7F10D2" w14:textId="77777777" w:rsidR="00711FF8" w:rsidRDefault="00000000">
            <w:r>
              <w:rPr>
                <w:sz w:val="16"/>
              </w:rPr>
              <w:t>Joc puzzle magnetic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8B51A57" w14:textId="77777777" w:rsidR="00711FF8" w:rsidRDefault="00000000">
            <w:pPr>
              <w:jc w:val="center"/>
            </w:pPr>
            <w:r>
              <w:rPr>
                <w:sz w:val="16"/>
              </w:rPr>
              <w:t>buc.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C02B1D" w14:textId="77777777" w:rsidR="00711FF8" w:rsidRDefault="00000000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542B128" w14:textId="36CEF61D" w:rsidR="00711FF8" w:rsidRDefault="00711FF8">
            <w:pPr>
              <w:jc w:val="center"/>
            </w:pP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A931928" w14:textId="76625E77" w:rsidR="00711FF8" w:rsidRDefault="00711FF8">
            <w:pPr>
              <w:jc w:val="center"/>
            </w:pPr>
          </w:p>
        </w:tc>
      </w:tr>
      <w:tr w:rsidR="00711FF8" w14:paraId="07FE1C21" w14:textId="77777777">
        <w:trPr>
          <w:cantSplit/>
          <w:jc w:val="center"/>
        </w:trPr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BFF9B4A" w14:textId="77777777" w:rsidR="00711FF8" w:rsidRDefault="00000000">
            <w:pPr>
              <w:jc w:val="center"/>
            </w:pPr>
            <w:r>
              <w:rPr>
                <w:sz w:val="16"/>
              </w:rPr>
              <w:t>17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F51D68" w14:textId="77777777" w:rsidR="00711FF8" w:rsidRDefault="00000000">
            <w:r>
              <w:rPr>
                <w:sz w:val="16"/>
              </w:rPr>
              <w:t>Guler pentru concentrare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75E91C" w14:textId="77777777" w:rsidR="00711FF8" w:rsidRDefault="00000000">
            <w:pPr>
              <w:jc w:val="center"/>
            </w:pPr>
            <w:r>
              <w:rPr>
                <w:sz w:val="16"/>
              </w:rPr>
              <w:t>buc.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37CB835" w14:textId="77777777" w:rsidR="00711FF8" w:rsidRDefault="00000000">
            <w:pPr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2B38558" w14:textId="5B428BCA" w:rsidR="00711FF8" w:rsidRDefault="00711FF8">
            <w:pPr>
              <w:jc w:val="center"/>
            </w:pP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C0F74BC" w14:textId="3CC48C2E" w:rsidR="00711FF8" w:rsidRDefault="00711FF8">
            <w:pPr>
              <w:jc w:val="center"/>
            </w:pPr>
          </w:p>
        </w:tc>
      </w:tr>
      <w:tr w:rsidR="00711FF8" w14:paraId="48D71EA8" w14:textId="77777777">
        <w:trPr>
          <w:cantSplit/>
          <w:jc w:val="center"/>
        </w:trPr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89CA92" w14:textId="77777777" w:rsidR="00711FF8" w:rsidRDefault="00000000">
            <w:pPr>
              <w:jc w:val="center"/>
            </w:pPr>
            <w:r>
              <w:rPr>
                <w:sz w:val="16"/>
              </w:rPr>
              <w:t>18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2D1FCD" w14:textId="77777777" w:rsidR="00711FF8" w:rsidRDefault="00000000">
            <w:r>
              <w:rPr>
                <w:sz w:val="16"/>
              </w:rPr>
              <w:t>Tub senzorial cu bule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529D05F" w14:textId="77777777" w:rsidR="00711FF8" w:rsidRDefault="00000000">
            <w:pPr>
              <w:jc w:val="center"/>
            </w:pPr>
            <w:r>
              <w:rPr>
                <w:sz w:val="16"/>
              </w:rPr>
              <w:t>buc.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02B7845" w14:textId="77777777" w:rsidR="00711FF8" w:rsidRDefault="00000000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B1CBE8" w14:textId="5D3D821E" w:rsidR="00711FF8" w:rsidRDefault="00711FF8">
            <w:pPr>
              <w:jc w:val="center"/>
            </w:pP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E838C7" w14:textId="22F99E60" w:rsidR="00711FF8" w:rsidRDefault="00711FF8">
            <w:pPr>
              <w:jc w:val="center"/>
            </w:pPr>
          </w:p>
        </w:tc>
      </w:tr>
      <w:tr w:rsidR="00711FF8" w14:paraId="6B3D419D" w14:textId="77777777">
        <w:trPr>
          <w:cantSplit/>
          <w:jc w:val="center"/>
        </w:trPr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FBFF03D" w14:textId="77777777" w:rsidR="00711FF8" w:rsidRDefault="00000000">
            <w:pPr>
              <w:jc w:val="center"/>
            </w:pPr>
            <w:r>
              <w:rPr>
                <w:sz w:val="16"/>
              </w:rPr>
              <w:t>19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7052DE" w14:textId="77777777" w:rsidR="00711FF8" w:rsidRDefault="00000000">
            <w:r>
              <w:rPr>
                <w:sz w:val="16"/>
              </w:rPr>
              <w:t>Minge pentru îmbrățișat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D27C81E" w14:textId="77777777" w:rsidR="00711FF8" w:rsidRDefault="00000000">
            <w:pPr>
              <w:jc w:val="center"/>
            </w:pPr>
            <w:r>
              <w:rPr>
                <w:sz w:val="16"/>
              </w:rPr>
              <w:t>buc.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A350CF5" w14:textId="77777777" w:rsidR="00711FF8" w:rsidRDefault="00000000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03EBAB8" w14:textId="243D7B1F" w:rsidR="00711FF8" w:rsidRDefault="00711FF8">
            <w:pPr>
              <w:jc w:val="center"/>
            </w:pP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18DE2A8" w14:textId="1BB5B069" w:rsidR="00711FF8" w:rsidRDefault="00711FF8">
            <w:pPr>
              <w:jc w:val="center"/>
            </w:pPr>
          </w:p>
        </w:tc>
      </w:tr>
      <w:tr w:rsidR="00711FF8" w14:paraId="13C12301" w14:textId="77777777">
        <w:trPr>
          <w:cantSplit/>
          <w:jc w:val="center"/>
        </w:trPr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0B042C" w14:textId="77777777" w:rsidR="00711FF8" w:rsidRDefault="00000000">
            <w:pPr>
              <w:jc w:val="center"/>
            </w:pPr>
            <w:r>
              <w:rPr>
                <w:sz w:val="16"/>
              </w:rPr>
              <w:t>20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9ABC142" w14:textId="77777777" w:rsidR="00711FF8" w:rsidRDefault="00000000">
            <w:r>
              <w:rPr>
                <w:sz w:val="16"/>
              </w:rPr>
              <w:t>Kit tactil 8 piese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D21E06F" w14:textId="77777777" w:rsidR="00711FF8" w:rsidRDefault="00000000">
            <w:pPr>
              <w:jc w:val="center"/>
            </w:pPr>
            <w:r>
              <w:rPr>
                <w:sz w:val="16"/>
              </w:rPr>
              <w:t>buc.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ABEBE5" w14:textId="77777777" w:rsidR="00711FF8" w:rsidRDefault="00000000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985ADC6" w14:textId="232FD197" w:rsidR="00711FF8" w:rsidRDefault="00711FF8">
            <w:pPr>
              <w:jc w:val="center"/>
            </w:pP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86848E4" w14:textId="65A918F8" w:rsidR="00711FF8" w:rsidRDefault="00711FF8">
            <w:pPr>
              <w:jc w:val="center"/>
            </w:pPr>
          </w:p>
        </w:tc>
      </w:tr>
      <w:tr w:rsidR="00711FF8" w14:paraId="7B2B7959" w14:textId="77777777">
        <w:trPr>
          <w:cantSplit/>
          <w:jc w:val="center"/>
        </w:trPr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3689E79" w14:textId="77777777" w:rsidR="00711FF8" w:rsidRDefault="00000000">
            <w:pPr>
              <w:jc w:val="center"/>
            </w:pPr>
            <w:r>
              <w:rPr>
                <w:sz w:val="16"/>
              </w:rPr>
              <w:t>21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F94823E" w14:textId="77777777" w:rsidR="00711FF8" w:rsidRDefault="00000000">
            <w:r>
              <w:rPr>
                <w:sz w:val="16"/>
              </w:rPr>
              <w:t>Set senzorial Descoperirea sunetului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5548C8" w14:textId="77777777" w:rsidR="00711FF8" w:rsidRDefault="00000000">
            <w:pPr>
              <w:jc w:val="center"/>
            </w:pPr>
            <w:r>
              <w:rPr>
                <w:sz w:val="16"/>
              </w:rPr>
              <w:t>buc.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5D60CB5" w14:textId="77777777" w:rsidR="00711FF8" w:rsidRDefault="00000000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B22C62" w14:textId="13DD18EE" w:rsidR="00711FF8" w:rsidRDefault="00711FF8">
            <w:pPr>
              <w:jc w:val="center"/>
            </w:pP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5D8106" w14:textId="7C884C1E" w:rsidR="00711FF8" w:rsidRDefault="00711FF8">
            <w:pPr>
              <w:jc w:val="center"/>
            </w:pPr>
          </w:p>
        </w:tc>
      </w:tr>
      <w:tr w:rsidR="00711FF8" w14:paraId="3C6FF26B" w14:textId="77777777">
        <w:trPr>
          <w:cantSplit/>
          <w:jc w:val="center"/>
        </w:trPr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F0B1C4F" w14:textId="77777777" w:rsidR="00711FF8" w:rsidRDefault="00000000">
            <w:pPr>
              <w:jc w:val="center"/>
              <w:rPr>
                <w:sz w:val="16"/>
              </w:rPr>
            </w:pPr>
            <w:r>
              <w:rPr>
                <w:sz w:val="16"/>
              </w:rPr>
              <w:t>22</w:t>
            </w:r>
          </w:p>
          <w:p w14:paraId="4DDB580C" w14:textId="77777777" w:rsidR="000016F3" w:rsidRPr="000016F3" w:rsidRDefault="000016F3" w:rsidP="000016F3"/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2CDAE61" w14:textId="77777777" w:rsidR="00711FF8" w:rsidRDefault="00000000">
            <w:r>
              <w:rPr>
                <w:sz w:val="16"/>
              </w:rPr>
              <w:t>Set senzorial Liniștire și antistres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A7C044" w14:textId="77777777" w:rsidR="00711FF8" w:rsidRDefault="00000000">
            <w:pPr>
              <w:jc w:val="center"/>
            </w:pPr>
            <w:r>
              <w:rPr>
                <w:sz w:val="16"/>
              </w:rPr>
              <w:t>buc.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987C273" w14:textId="77777777" w:rsidR="00711FF8" w:rsidRDefault="00000000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83B9623" w14:textId="67E2C733" w:rsidR="00711FF8" w:rsidRDefault="00711FF8">
            <w:pPr>
              <w:jc w:val="center"/>
            </w:pP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0FB86D2" w14:textId="24122A05" w:rsidR="00711FF8" w:rsidRDefault="00711FF8">
            <w:pPr>
              <w:jc w:val="center"/>
            </w:pPr>
          </w:p>
        </w:tc>
      </w:tr>
      <w:tr w:rsidR="00711FF8" w14:paraId="1078A20F" w14:textId="77777777" w:rsidTr="000016F3">
        <w:trPr>
          <w:cantSplit/>
          <w:trHeight w:val="15"/>
          <w:jc w:val="center"/>
        </w:trPr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DB3BB54" w14:textId="77777777" w:rsidR="00711FF8" w:rsidRDefault="00000000">
            <w:pPr>
              <w:jc w:val="center"/>
            </w:pPr>
            <w:r>
              <w:rPr>
                <w:sz w:val="16"/>
              </w:rPr>
              <w:lastRenderedPageBreak/>
              <w:t>23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32651CA" w14:textId="77777777" w:rsidR="00711FF8" w:rsidRDefault="00000000">
            <w:r>
              <w:rPr>
                <w:sz w:val="16"/>
              </w:rPr>
              <w:t>Set senzorial Masaj și relaxare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01CAF23" w14:textId="77777777" w:rsidR="00711FF8" w:rsidRDefault="00000000">
            <w:pPr>
              <w:jc w:val="center"/>
            </w:pPr>
            <w:r>
              <w:rPr>
                <w:sz w:val="16"/>
              </w:rPr>
              <w:t>buc.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77BC1C" w14:textId="77777777" w:rsidR="00711FF8" w:rsidRDefault="00000000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7787BAD" w14:textId="745F1FA0" w:rsidR="00711FF8" w:rsidRDefault="00711FF8">
            <w:pPr>
              <w:jc w:val="center"/>
            </w:pP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42D7F46" w14:textId="0200D103" w:rsidR="00711FF8" w:rsidRDefault="00711FF8">
            <w:pPr>
              <w:jc w:val="center"/>
            </w:pPr>
          </w:p>
        </w:tc>
      </w:tr>
      <w:tr w:rsidR="00711FF8" w14:paraId="22893110" w14:textId="77777777">
        <w:trPr>
          <w:cantSplit/>
          <w:jc w:val="center"/>
        </w:trPr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EEDD636" w14:textId="77777777" w:rsidR="00711FF8" w:rsidRDefault="00000000">
            <w:pPr>
              <w:jc w:val="center"/>
            </w:pPr>
            <w:r>
              <w:rPr>
                <w:sz w:val="16"/>
              </w:rPr>
              <w:t>24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53FE1BD" w14:textId="77777777" w:rsidR="00711FF8" w:rsidRDefault="00000000">
            <w:r>
              <w:rPr>
                <w:sz w:val="16"/>
              </w:rPr>
              <w:t>Timer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EC3B68B" w14:textId="77777777" w:rsidR="00711FF8" w:rsidRDefault="00000000">
            <w:pPr>
              <w:jc w:val="center"/>
            </w:pPr>
            <w:r>
              <w:rPr>
                <w:sz w:val="16"/>
              </w:rPr>
              <w:t>buc.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53EFD1D" w14:textId="77777777" w:rsidR="00711FF8" w:rsidRDefault="00000000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C811CDF" w14:textId="2E64A61F" w:rsidR="00711FF8" w:rsidRDefault="00711FF8">
            <w:pPr>
              <w:jc w:val="center"/>
            </w:pP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03D80F7" w14:textId="004D3E88" w:rsidR="00711FF8" w:rsidRDefault="00711FF8">
            <w:pPr>
              <w:jc w:val="center"/>
            </w:pPr>
          </w:p>
        </w:tc>
      </w:tr>
      <w:tr w:rsidR="00711FF8" w14:paraId="13B5AC10" w14:textId="77777777">
        <w:trPr>
          <w:cantSplit/>
          <w:jc w:val="center"/>
        </w:trPr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42C0889" w14:textId="77777777" w:rsidR="00711FF8" w:rsidRDefault="00000000">
            <w:pPr>
              <w:jc w:val="center"/>
            </w:pPr>
            <w:r>
              <w:rPr>
                <w:sz w:val="16"/>
              </w:rPr>
              <w:t>25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501B74" w14:textId="77777777" w:rsidR="00711FF8" w:rsidRDefault="00000000">
            <w:r>
              <w:rPr>
                <w:sz w:val="16"/>
              </w:rPr>
              <w:t>Cub luminos senzorial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43A0703" w14:textId="77777777" w:rsidR="00711FF8" w:rsidRDefault="00000000">
            <w:pPr>
              <w:jc w:val="center"/>
            </w:pPr>
            <w:r>
              <w:rPr>
                <w:sz w:val="16"/>
              </w:rPr>
              <w:t>buc.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12BB7B5" w14:textId="77777777" w:rsidR="00711FF8" w:rsidRDefault="00000000">
            <w:pPr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5338EBE" w14:textId="73FB0A04" w:rsidR="00711FF8" w:rsidRDefault="00711FF8">
            <w:pPr>
              <w:jc w:val="center"/>
            </w:pP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5F7EFC2" w14:textId="3BE5A516" w:rsidR="00711FF8" w:rsidRDefault="00711FF8">
            <w:pPr>
              <w:jc w:val="center"/>
            </w:pPr>
          </w:p>
        </w:tc>
      </w:tr>
      <w:tr w:rsidR="00711FF8" w14:paraId="54A644D0" w14:textId="77777777">
        <w:trPr>
          <w:cantSplit/>
          <w:jc w:val="center"/>
        </w:trPr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B969956" w14:textId="77777777" w:rsidR="00711FF8" w:rsidRDefault="00000000">
            <w:pPr>
              <w:jc w:val="center"/>
            </w:pPr>
            <w:r>
              <w:rPr>
                <w:sz w:val="16"/>
              </w:rPr>
              <w:t>26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B854293" w14:textId="77777777" w:rsidR="00711FF8" w:rsidRDefault="00000000">
            <w:r>
              <w:rPr>
                <w:sz w:val="16"/>
              </w:rPr>
              <w:t>Scăunele din burete – Emoții (set 6 buc.)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257BC12" w14:textId="77777777" w:rsidR="00711FF8" w:rsidRDefault="00000000">
            <w:pPr>
              <w:jc w:val="center"/>
            </w:pPr>
            <w:r>
              <w:rPr>
                <w:sz w:val="16"/>
              </w:rPr>
              <w:t>set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AD6E0FE" w14:textId="77777777" w:rsidR="00711FF8" w:rsidRDefault="00000000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082640B" w14:textId="4EB6FFE2" w:rsidR="00711FF8" w:rsidRDefault="00711FF8">
            <w:pPr>
              <w:jc w:val="center"/>
            </w:pP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5449F76" w14:textId="00BC312B" w:rsidR="00711FF8" w:rsidRDefault="00711FF8">
            <w:pPr>
              <w:jc w:val="center"/>
            </w:pPr>
          </w:p>
        </w:tc>
      </w:tr>
      <w:tr w:rsidR="00711FF8" w14:paraId="26D97FDD" w14:textId="77777777">
        <w:trPr>
          <w:cantSplit/>
          <w:jc w:val="center"/>
        </w:trPr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9AAC7D4" w14:textId="77777777" w:rsidR="00711FF8" w:rsidRDefault="00000000">
            <w:pPr>
              <w:jc w:val="center"/>
            </w:pPr>
            <w:r>
              <w:rPr>
                <w:sz w:val="16"/>
              </w:rPr>
              <w:t>27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C0CD27" w14:textId="77777777" w:rsidR="00711FF8" w:rsidRDefault="00000000">
            <w:r>
              <w:rPr>
                <w:sz w:val="16"/>
              </w:rPr>
              <w:t>Set senzorial – panou luminos A3 LED cu tavă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8B59C3" w14:textId="77777777" w:rsidR="00711FF8" w:rsidRDefault="00000000">
            <w:pPr>
              <w:jc w:val="center"/>
            </w:pPr>
            <w:r>
              <w:rPr>
                <w:sz w:val="16"/>
              </w:rPr>
              <w:t>buc.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FF6CC7" w14:textId="77777777" w:rsidR="00711FF8" w:rsidRDefault="00000000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FCC716" w14:textId="14783EDA" w:rsidR="00711FF8" w:rsidRDefault="00711FF8">
            <w:pPr>
              <w:jc w:val="center"/>
            </w:pP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6E8B0F" w14:textId="5D8362F5" w:rsidR="00711FF8" w:rsidRDefault="00711FF8">
            <w:pPr>
              <w:jc w:val="center"/>
            </w:pPr>
          </w:p>
        </w:tc>
      </w:tr>
      <w:tr w:rsidR="00711FF8" w14:paraId="0A37989E" w14:textId="77777777">
        <w:trPr>
          <w:cantSplit/>
          <w:jc w:val="center"/>
        </w:trPr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0B0AB8" w14:textId="77777777" w:rsidR="00711FF8" w:rsidRDefault="00000000">
            <w:pPr>
              <w:jc w:val="center"/>
            </w:pPr>
            <w:r>
              <w:rPr>
                <w:sz w:val="16"/>
              </w:rPr>
              <w:t>28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FA6E89F" w14:textId="77777777" w:rsidR="00711FF8" w:rsidRDefault="00000000">
            <w:r>
              <w:rPr>
                <w:sz w:val="16"/>
              </w:rPr>
              <w:t>Zid/colț de manipulare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136E2F1" w14:textId="77777777" w:rsidR="00711FF8" w:rsidRDefault="00000000">
            <w:pPr>
              <w:jc w:val="center"/>
            </w:pPr>
            <w:r>
              <w:rPr>
                <w:sz w:val="16"/>
              </w:rPr>
              <w:t>buc.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AD3253" w14:textId="77777777" w:rsidR="00711FF8" w:rsidRDefault="00000000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705233" w14:textId="52681946" w:rsidR="00711FF8" w:rsidRDefault="00711FF8">
            <w:pPr>
              <w:jc w:val="center"/>
            </w:pP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0E4346" w14:textId="640FEF9C" w:rsidR="00711FF8" w:rsidRDefault="00711FF8">
            <w:pPr>
              <w:jc w:val="center"/>
            </w:pPr>
          </w:p>
        </w:tc>
      </w:tr>
      <w:tr w:rsidR="00711FF8" w14:paraId="52168D4A" w14:textId="77777777">
        <w:trPr>
          <w:cantSplit/>
          <w:jc w:val="center"/>
        </w:trPr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E6A41E" w14:textId="77777777" w:rsidR="00711FF8" w:rsidRDefault="00000000">
            <w:pPr>
              <w:jc w:val="center"/>
            </w:pPr>
            <w:r>
              <w:rPr>
                <w:sz w:val="16"/>
              </w:rPr>
              <w:t>29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832C7A6" w14:textId="77777777" w:rsidR="00711FF8" w:rsidRDefault="00000000">
            <w:r>
              <w:rPr>
                <w:sz w:val="16"/>
              </w:rPr>
              <w:t>Panou muzical de perete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F22005A" w14:textId="77777777" w:rsidR="00711FF8" w:rsidRDefault="00000000">
            <w:pPr>
              <w:jc w:val="center"/>
            </w:pPr>
            <w:r>
              <w:rPr>
                <w:sz w:val="16"/>
              </w:rPr>
              <w:t>buc.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6743664" w14:textId="77777777" w:rsidR="00711FF8" w:rsidRDefault="00000000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3576EEB" w14:textId="206CD091" w:rsidR="00711FF8" w:rsidRDefault="00711FF8">
            <w:pPr>
              <w:jc w:val="center"/>
            </w:pPr>
          </w:p>
        </w:tc>
        <w:tc>
          <w:tcPr>
            <w:tcW w:w="176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C473058" w14:textId="7E9E77F4" w:rsidR="00711FF8" w:rsidRDefault="00711FF8">
            <w:pPr>
              <w:jc w:val="center"/>
            </w:pPr>
          </w:p>
        </w:tc>
      </w:tr>
      <w:tr w:rsidR="00711FF8" w14:paraId="612C3340" w14:textId="77777777">
        <w:trPr>
          <w:jc w:val="center"/>
        </w:trPr>
        <w:tc>
          <w:tcPr>
            <w:tcW w:w="8830" w:type="dxa"/>
            <w:gridSpan w:val="5"/>
            <w:shd w:val="clear" w:color="auto" w:fill="E2F0D9"/>
          </w:tcPr>
          <w:p w14:paraId="46372A52" w14:textId="77777777" w:rsidR="00711FF8" w:rsidRDefault="00000000">
            <w:pPr>
              <w:jc w:val="right"/>
            </w:pPr>
            <w:r>
              <w:rPr>
                <w:b/>
              </w:rPr>
              <w:t>TOTAL OFERTĂ FĂRĂ TVA:</w:t>
            </w:r>
          </w:p>
        </w:tc>
        <w:tc>
          <w:tcPr>
            <w:tcW w:w="1766" w:type="dxa"/>
            <w:shd w:val="clear" w:color="auto" w:fill="E2F0D9"/>
          </w:tcPr>
          <w:p w14:paraId="4D5F6ED8" w14:textId="098A0726" w:rsidR="00711FF8" w:rsidRDefault="00711FF8">
            <w:pPr>
              <w:jc w:val="center"/>
            </w:pPr>
          </w:p>
        </w:tc>
      </w:tr>
    </w:tbl>
    <w:p w14:paraId="77B715D5" w14:textId="77777777" w:rsidR="00711FF8" w:rsidRDefault="00000000">
      <w:pPr>
        <w:spacing w:before="80"/>
      </w:pPr>
      <w:r>
        <w:rPr>
          <w:b/>
        </w:rPr>
        <w:t xml:space="preserve">Condiții comerciale: </w:t>
      </w:r>
      <w:r>
        <w:t>prețurile includ transportul și livrarea la locul indicat de beneficiar; termen de livrare – maximum 30 de zile de la comandă/acceptarea ofertei; valabilitatea ofertei – 30 de zile; plata – conform condițiilor stabilite de beneficiar și documentelor achiziției. TVA se aplică potrivit regimului fiscal al ofertantului.</w:t>
      </w:r>
    </w:p>
    <w:p w14:paraId="45CD88AF" w14:textId="77777777" w:rsidR="00711FF8" w:rsidRDefault="00000000">
      <w:r>
        <w:rPr>
          <w:b/>
        </w:rPr>
        <w:t xml:space="preserve">Notă: </w:t>
      </w:r>
      <w:r>
        <w:t>Valoarea ofertei este prezentată ca variantă comparativă pentru consultarea pieței. Nr., data, reprezentantul și asumarea ofertei trebuie completate exclusiv de operatorul economic, conform propriilor evidențe.</w:t>
      </w:r>
    </w:p>
    <w:p w14:paraId="79018899" w14:textId="77777777" w:rsidR="00711FF8" w:rsidRDefault="00711FF8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298"/>
        <w:gridCol w:w="5298"/>
      </w:tblGrid>
      <w:tr w:rsidR="00711FF8" w14:paraId="507A5819" w14:textId="77777777">
        <w:trPr>
          <w:jc w:val="center"/>
        </w:trPr>
        <w:tc>
          <w:tcPr>
            <w:tcW w:w="529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E24C6B" w14:textId="77777777" w:rsidR="00711FF8" w:rsidRDefault="00000000">
            <w:r>
              <w:rPr>
                <w:b/>
              </w:rPr>
              <w:t>OFERTANT</w:t>
            </w:r>
          </w:p>
        </w:tc>
        <w:tc>
          <w:tcPr>
            <w:tcW w:w="529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9A8201" w14:textId="77777777" w:rsidR="00711FF8" w:rsidRDefault="00000000">
            <w:r>
              <w:rPr>
                <w:b/>
              </w:rPr>
              <w:t>Reprezentant legal</w:t>
            </w:r>
          </w:p>
        </w:tc>
      </w:tr>
      <w:tr w:rsidR="00711FF8" w14:paraId="72D5FF85" w14:textId="77777777">
        <w:trPr>
          <w:jc w:val="center"/>
        </w:trPr>
        <w:tc>
          <w:tcPr>
            <w:tcW w:w="529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929AF7" w14:textId="46EA8760" w:rsidR="00711FF8" w:rsidRDefault="000016F3">
            <w:r>
              <w:t>____________________</w:t>
            </w:r>
            <w:r w:rsidR="00000000">
              <w:t>S.R.L.</w:t>
            </w:r>
          </w:p>
        </w:tc>
        <w:tc>
          <w:tcPr>
            <w:tcW w:w="529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4FAE14" w14:textId="2E5842B2" w:rsidR="00711FF8" w:rsidRDefault="00711FF8"/>
        </w:tc>
      </w:tr>
    </w:tbl>
    <w:p w14:paraId="16B876E2" w14:textId="77777777" w:rsidR="00AC5A48" w:rsidRDefault="00AC5A48"/>
    <w:sectPr w:rsidR="00AC5A48" w:rsidSect="00034616">
      <w:footerReference w:type="default" r:id="rId8"/>
      <w:pgSz w:w="12240" w:h="15840"/>
      <w:pgMar w:top="794" w:right="822" w:bottom="794" w:left="82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40A05" w14:textId="77777777" w:rsidR="00AC5A48" w:rsidRDefault="00AC5A48">
      <w:pPr>
        <w:spacing w:after="0" w:line="240" w:lineRule="auto"/>
      </w:pPr>
      <w:r>
        <w:separator/>
      </w:r>
    </w:p>
  </w:endnote>
  <w:endnote w:type="continuationSeparator" w:id="0">
    <w:p w14:paraId="08EEB40F" w14:textId="77777777" w:rsidR="00AC5A48" w:rsidRDefault="00AC5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4D3BC" w14:textId="7CC5CDB4" w:rsidR="00711FF8" w:rsidRDefault="00711FF8">
    <w:pPr>
      <w:pStyle w:val="Subsol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7F944" w14:textId="77777777" w:rsidR="00AC5A48" w:rsidRDefault="00AC5A48">
      <w:pPr>
        <w:spacing w:after="0" w:line="240" w:lineRule="auto"/>
      </w:pPr>
      <w:r>
        <w:separator/>
      </w:r>
    </w:p>
  </w:footnote>
  <w:footnote w:type="continuationSeparator" w:id="0">
    <w:p w14:paraId="38FC4DD3" w14:textId="77777777" w:rsidR="00AC5A48" w:rsidRDefault="00AC5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96359876">
    <w:abstractNumId w:val="8"/>
  </w:num>
  <w:num w:numId="2" w16cid:durableId="722486461">
    <w:abstractNumId w:val="6"/>
  </w:num>
  <w:num w:numId="3" w16cid:durableId="193082820">
    <w:abstractNumId w:val="5"/>
  </w:num>
  <w:num w:numId="4" w16cid:durableId="1123233145">
    <w:abstractNumId w:val="4"/>
  </w:num>
  <w:num w:numId="5" w16cid:durableId="552275663">
    <w:abstractNumId w:val="7"/>
  </w:num>
  <w:num w:numId="6" w16cid:durableId="752354196">
    <w:abstractNumId w:val="3"/>
  </w:num>
  <w:num w:numId="7" w16cid:durableId="588776832">
    <w:abstractNumId w:val="2"/>
  </w:num>
  <w:num w:numId="8" w16cid:durableId="1409959414">
    <w:abstractNumId w:val="1"/>
  </w:num>
  <w:num w:numId="9" w16cid:durableId="1207567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16F3"/>
    <w:rsid w:val="00034616"/>
    <w:rsid w:val="0006063C"/>
    <w:rsid w:val="0015074B"/>
    <w:rsid w:val="0029639D"/>
    <w:rsid w:val="00326F90"/>
    <w:rsid w:val="00711FF8"/>
    <w:rsid w:val="00AA1D8D"/>
    <w:rsid w:val="00AC5A48"/>
    <w:rsid w:val="00B47730"/>
    <w:rsid w:val="00CB0664"/>
    <w:rsid w:val="00D8577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81C236"/>
  <w14:defaultImageDpi w14:val="300"/>
  <w15:docId w15:val="{387231E2-6677-4A4A-A006-A7550B3FF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423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2026-08-13T05:57:00Z</dcterms:created>
  <dcterms:modified xsi:type="dcterms:W3CDTF">2026-08-13T05:57:00Z</dcterms:modified>
  <cp:category/>
</cp:coreProperties>
</file>